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Investor outreach follow up example</w:t>
      </w:r>
    </w:p>
    <w:p>
      <w:pPr>
        <w:widowControl/>
      </w:pPr>
      <w:r>
        <w:t>Subject: Northstar Cloud | retention review and next step</w:t>
      </w:r>
    </w:p>
    <w:p>
      <w:pPr>
        <w:widowControl/>
      </w:pPr>
      <w:r>
        <w:t>FICTIONAL EXAMPLE. Replace every detail before using.</w:t>
      </w:r>
    </w:p>
    <w:p>
      <w:pPr>
        <w:widowControl/>
      </w:pPr>
      <w:r>
        <w:t>Hi Dana,</w:t>
      </w:r>
    </w:p>
    <w:p>
      <w:pPr>
        <w:widowControl/>
      </w:pPr>
      <w:r>
        <w:t>Thank you for discussing Northstar on Friday. You asked how we measure customer retention and whether the recent onboarding changes affected it.</w:t>
      </w:r>
    </w:p>
    <w:p>
      <w:pPr>
        <w:widowControl/>
      </w:pPr>
      <w:r>
        <w:t>I’ve included the reviewed cohort table with the definitions, reporting period and limitations we discussed. The observations are separate from our forecast.</w:t>
      </w:r>
    </w:p>
    <w:p>
      <w:pPr>
        <w:widowControl/>
      </w:pPr>
      <w:r>
        <w:t>Would a short conversation next week help resolve the remaining questions? If another person should review the table first, please let me know.</w:t>
      </w:r>
    </w:p>
    <w:p>
      <w:pPr>
        <w:widowControl/>
      </w:pPr>
      <w:r>
        <w:t>Maya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https://thefoundersstack.com/blog/how-to-organize-investor-outreach/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outreach follow up example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