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2D8A5E"/>
          <w:sz w:val="18"/>
        </w:rPr>
        <w:t>THE FUNDRAISING LIBRARY</w:t>
      </w:r>
    </w:p>
    <w:p>
      <w:pPr>
        <w:pStyle w:val="Title"/>
      </w:pPr>
      <w:r>
        <w:t>Investor introduction templates</w:t>
      </w:r>
    </w:p>
    <w:p>
      <w:pPr>
        <w:pStyle w:val="Heading1"/>
        <w:widowControl/>
      </w:pPr>
      <w:r>
        <w:t>THE FUNDRAISING LIBRARY</w:t>
      </w:r>
    </w:p>
    <w:p>
      <w:pPr>
        <w:widowControl/>
      </w:pPr>
      <w:r>
        <w:t>Investor introduction email templates</w:t>
      </w:r>
    </w:p>
    <w:p>
      <w:pPr>
        <w:widowControl/>
      </w:pPr>
      <w:r>
        <w:t>By Ashish Kulkarni | 3 October 2026</w:t>
      </w:r>
    </w:p>
    <w:p>
      <w:pPr>
        <w:widowControl/>
      </w:pPr>
      <w:r>
        <w:t>Replace every bracket with a checked fact. These are educational templates. Copying or downloading sends nothing.</w:t>
      </w:r>
    </w:p>
    <w:p>
      <w:pPr>
        <w:widowControl/>
      </w:pPr>
      <w:r>
        <w:t>A. WARM INTRODUCTION REQUEST: send to the mutual contact</w:t>
      </w:r>
    </w:p>
    <w:p>
      <w:pPr>
        <w:widowControl/>
      </w:pPr>
      <w:r>
        <w:t>Subject: Introduction request: [Company] to [Investor name]</w:t>
      </w:r>
    </w:p>
    <w:p>
      <w:pPr>
        <w:widowControl/>
      </w:pPr>
      <w:r>
        <w:t>Hi [Contact name],</w:t>
      </w:r>
    </w:p>
    <w:p>
      <w:pPr>
        <w:widowControl/>
      </w:pPr>
      <w:r>
        <w:t>[Brief reminder of how you know each other, if needed.]</w:t>
      </w:r>
    </w:p>
    <w:p>
      <w:pPr>
        <w:widowControl/>
      </w:pPr>
      <w:r>
        <w:t>We build [solution] for [customer]. [One current, relevant fact, with a date or period.] We are [raising amount and stage / preparing a later round].</w:t>
      </w:r>
    </w:p>
    <w:p>
      <w:pPr>
        <w:widowControl/>
      </w:pPr>
      <w:r>
        <w:t>I am considering [Investor name] at [Firm] because [specific fit supported by a source you checked]. Do you know them well enough to assess whether an introduction makes sense?</w:t>
      </w:r>
    </w:p>
    <w:p>
      <w:pPr>
        <w:widowControl/>
      </w:pPr>
      <w:r>
        <w:t>If you are comfortable, I can send a short blurb for you to forward and check their interest. No problem if this is not a suitable connection.</w:t>
      </w:r>
    </w:p>
    <w:p>
      <w:pPr>
        <w:widowControl/>
      </w:pPr>
      <w:r>
        <w:t>Thank you,</w:t>
      </w:r>
    </w:p>
    <w:p>
      <w:pPr>
        <w:widowControl/>
      </w:pPr>
      <w:r>
        <w:t>[Founder name]</w:t>
      </w:r>
    </w:p>
    <w:p>
      <w:pPr>
        <w:widowControl/>
      </w:pPr>
      <w:r>
        <w:t>[Company website]</w:t>
      </w:r>
    </w:p>
    <w:p>
      <w:pPr>
        <w:widowControl/>
      </w:pPr>
      <w:r>
        <w:t>B. FORWARDABLE BLURB: send to the connector to pass on</w:t>
      </w:r>
    </w:p>
    <w:p>
      <w:pPr>
        <w:widowControl/>
      </w:pPr>
      <w:r>
        <w:t>Subject: [Company] | introduction to [Investor name]</w:t>
      </w:r>
    </w:p>
    <w:p>
      <w:pPr>
        <w:widowControl/>
      </w:pPr>
      <w:r>
        <w:t>Hi [Contact name],</w:t>
      </w:r>
    </w:p>
    <w:p>
      <w:pPr>
        <w:widowControl/>
      </w:pPr>
      <w:r>
        <w:t>Thank you for considering an introduction to [Investor name] at [Firm]. Please feel free to forward the note below to check their interest.</w:t>
      </w:r>
    </w:p>
    <w:p>
      <w:pPr>
        <w:widowControl/>
      </w:pPr>
      <w:r>
        <w:t>--- Forwardable note ---</w:t>
      </w:r>
    </w:p>
    <w:p>
      <w:pPr>
        <w:widowControl/>
      </w:pPr>
      <w:r>
        <w:t>I am [Founder name], founder of [Company]. We help [customer] [complete a specific task] through [plain description of the product].</w:t>
      </w:r>
    </w:p>
    <w:p>
      <w:pPr>
        <w:widowControl/>
      </w:pPr>
      <w:r>
        <w:t>[One or two relevant facts, including their period and status.] We are raising [amount and round] to [next milestone].</w:t>
      </w:r>
    </w:p>
    <w:p>
      <w:pPr>
        <w:widowControl/>
      </w:pPr>
      <w:r>
        <w:t>[Investor name]'s [verified focus or relevant investment] prompted this request. Would [Investor name] be open to reviewing a short deck to assess fit?</w:t>
      </w:r>
    </w:p>
    <w:p>
      <w:pPr>
        <w:widowControl/>
      </w:pPr>
      <w:r>
        <w:t>[Optional: reviewed deck link or a short, shareable overview]</w:t>
      </w:r>
    </w:p>
    <w:p>
      <w:pPr>
        <w:widowControl/>
      </w:pPr>
      <w:r>
        <w:t>[Founder name] | [Company website] | [Founder email]</w:t>
      </w:r>
    </w:p>
    <w:p>
      <w:pPr>
        <w:widowControl/>
      </w:pPr>
      <w:r>
        <w:t>--- End note ---</w:t>
      </w:r>
    </w:p>
    <w:p>
      <w:pPr>
        <w:widowControl/>
      </w:pPr>
      <w:r>
        <w:t>C. DIRECT COLD INTRODUCTION: send to the investor</w:t>
      </w:r>
    </w:p>
    <w:p>
      <w:pPr>
        <w:widowControl/>
      </w:pPr>
      <w:r>
        <w:t>Subject: [Company] | [stage] introduction</w:t>
      </w:r>
    </w:p>
    <w:p>
      <w:pPr>
        <w:widowControl/>
      </w:pPr>
      <w:r>
        <w:t>Hi [Investor name],</w:t>
      </w:r>
    </w:p>
    <w:p>
      <w:pPr>
        <w:widowControl/>
      </w:pPr>
      <w:r>
        <w:t>I am [Founder name], founder of [Company]. We help [customer] [complete a specific task] through [plain product description].</w:t>
      </w:r>
    </w:p>
    <w:p>
      <w:pPr>
        <w:widowControl/>
      </w:pPr>
      <w:r>
        <w:t>[One relevant fact with its period and status.] We are raising [amount and round] to [next milestone].</w:t>
      </w:r>
    </w:p>
    <w:p>
      <w:pPr>
        <w:widowControl/>
      </w:pPr>
      <w:r>
        <w:t>I am reaching out because [specific reason connected to your company and verified against the investor's current public information].</w:t>
      </w:r>
    </w:p>
    <w:p>
      <w:pPr>
        <w:widowControl/>
      </w:pPr>
      <w:r>
        <w:t>Is this within your current investment focus? If so, may I send a short deck?</w:t>
      </w:r>
    </w:p>
    <w:p>
      <w:pPr>
        <w:widowControl/>
      </w:pPr>
      <w:r>
        <w:t>Thank you,</w:t>
      </w:r>
    </w:p>
    <w:p>
      <w:pPr>
        <w:widowControl/>
      </w:pPr>
      <w:r>
        <w:t>[Founder name]</w:t>
      </w:r>
    </w:p>
    <w:p>
      <w:pPr>
        <w:widowControl/>
      </w:pPr>
      <w:r>
        <w:t>[Company website]</w:t>
      </w:r>
    </w:p>
    <w:p>
      <w:pPr>
        <w:widowControl/>
      </w:pPr>
      <w:r>
        <w:t>Source guide: https://thefoundersstack.com/blog/how-to-write-an-investor-introduction-email/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The Founders’ Stack  |  The Fundraising Library</w:t>
      <w:br/>
      <w:t>https://thefoundersstack.com/blog/how-to-write-an-investor-introduction-email/</w:t>
      <w:br/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47472" cy="30154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fs-logo-emai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01542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A3C2A"/>
        <w:sz w:val="22"/>
      </w:rPr>
      <w:t xml:space="preserve">   The Founders’ Stack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17271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A3C2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A3C2A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9" w:lineRule="auto"/>
      <w:contextualSpacing/>
    </w:pPr>
    <w:rPr>
      <w:rFonts w:asciiTheme="majorHAnsi" w:eastAsiaTheme="majorEastAsia" w:hAnsiTheme="majorHAnsi" w:cstheme="majorBidi" w:ascii="Arial" w:hAnsi="Arial"/>
      <w:color w:val="0A0A0A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Investor introduction templates</dc:title>
  <dc:subject>The Fundraising Library</dc:subject>
  <dc:creator>The Founders’ Stack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